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פרומתאוס ותיבת פנדורה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פרומתאוס ותיבת פנדורה במיתולוגיה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השמות והביטוי לפתוח תיבת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וניתוח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 שחושב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כל המתנות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זאוס כעס והעניש את פרומתאוס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 - יופי, קסם וסקרנות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פתחה אותו מתוך סקרנות, למרות שנאסר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טיטאן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הפייסטוס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(גנב אש בשביל בני האדם)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(פתחה כד אסור מתוך סקרנות)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(מלך האלים שהעניש את פרומתאוס)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(יצר את פנדורה)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פרומתאוס גונב את האש מהאלים ונותן אותה לבני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זאוס כועס ומחליט להעניש גם את בני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הפייסטוס יוצר את פנדורה וכל האלים נותנים לה 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פנדורה מקבלת כד סגור ומצטווה לא לפתוח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נימוק המתייחס להקרבה שלו למען בני האדם ולעובדה שהוא נענש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שהתלמיד מביע עמדה ברורה עם דוגמה אישית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פרומתאוס - מי שחושב מראש, פנדורה - כל המתנות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צרות כמו מחלות, עצב, קנאה ומריבות (והתקווה נשארה בפנים)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לעורר שרשרת של בעיות שקשה לעצור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משמעות השמות ביוונית ולקשר לשמות 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בשאלות הניתוח לפני מילוי החלק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פרומתאוס ותיבת פנדורה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על פרומתאוס שגנב את האש בשביל בני האדם ועל פנדורה שפתחה כד אסור ושחררה צרות לעולם.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טיטאן  ·  הפייסטוס  ·  סגור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השם פרומתאוס?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 שחושב מראש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שאוהב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בן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גנב פרומתאוס מהאלים?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פירוש השם פנדורה?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המתנות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אישה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אש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זאוס שמח כשפרומתאוס נתן אש לבני האדם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האלים העניקו מתנות לפנדורה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פנדורה פתחה את הכד כי זאוס ציווה עליה לעשות זאת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פרומתאוס היה __________ חכם שאהב את בני האדם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זאוס ציווה על __________ ליצור את פנדורה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פנדורה קיבלה כד __________ ונאמר לה לא לפתוח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יצר את פנדורה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פנדורה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גנב אש בשביל 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פתחה כד אסור מתוך סקרנות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הפייסטוס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מלך האלים שהעניש את פרומתאוס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פנדורה מקבלת כד סגור ומצטווה לא לפתוח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הפייסטוס יוצר את פנדורה וכל האלים נותנים לה מתנות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זאוס כועס ומחליט להעניש גם את בני האדם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פרומתאוס גונב את האש מהאלים ונותן אותה לבני האדם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לדעתכם פרומתאוס הוא גיבור? נמקו את דעתכם בהתבסס על מעשיו בסיפור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האם הסקרנות של פנדורה היא חיסרון או יתרון? תנו דוגמה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השם פרומתאוס ומה פירוש השם פנדורה?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יצא מתוך הכד שפתחה פנדורה?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פרומתאוס ותיבת פנדורה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