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פרומתאוס ותיבת פנדורה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פרומתאוס ותיבת פנדורה במיתולוגיה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השמות והביטוי לפתוח תיבת פנדורה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וניתוח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 שחושב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הפייסטוס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כל המתנות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התקווה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לעורר שרשרת בעיות שקשה לעצור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זאוס כעס והעניש את פרומתאוס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בסיפור - יופי, קסם וסקרנות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פתחה אותו מתוך סקרנות, למרות שנאסר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בטקסט על גרסאות מאוחרות של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מהתיבה יצאו צרות כמו מחלות, עצב, קנאה ומריבות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טיטאן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הפייסטוס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(גנב אש בשביל בני האדם)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(פתחה כד אסור מתוך סקרנות)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(מלך האלים שהעניש את פרומתאוס)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(יצר את פנדורה)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(נשארה בתחתית הכד)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פרומתאוס גונב את האש מהאלים ונותן אותה לבני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זאוס כועס ומחליט להעניש גם את בני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הפייסטוס יוצר את פנדורה וכל האלים נותנים לה מתנות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פנדורה מקבלת כד סגור ומצטווה לא לפתוח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פנדורה פותחת את הכד והצרות מתעופפות החוצה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פנדורה סוגרת את הכד בבהלה והתקווה נשארת בפנים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יש לבדוק נימוק המתייחס להקרבה שלו למען בני האדם ולעובדה שהוא נענש על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יש לבדוק שהתלמיד מביע עמדה ברורה עם דוגמה אישית רלוונטית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יש לבדוק רעיון מקורי, למשל שהתקווה עוזרת להתמודד עם הצרות שיצאו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פרומתאוס - מי שחושב מראש, פנדורה - כל המתנות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צרות כמו מחלות, עצב, קנאה ומריבות (והתקווה נשארה בפנים)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לעורר שרשרת של בעיות שקשה לעצור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משמעות השמות ביוונית ולקשר לשמות עבריים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דיון פתוח בשאלות הניתוח לפני מילוי החלק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לגרסה המותאמת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פרומתאוס ותיבת פנדורה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סיפור יווני עתיק על טיטאן בשם פרומתאוס ואישה בשם פנדורה. פרומתאוס נתן אש לאנשים. פנדורה פתחה כד סגור ויצאו ממנו צרות.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טיטאן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 קדום וחזק מהמיתולוגיה היוונית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זאוס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מלך האלים ביוון העתיקה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פרומתאוס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טיטאן ששמו פירושו מי שחושב מראש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פנדורה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האישה הראשונה, שמה פירושו כל המתנות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הפייסטוס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 האש והמלאכה שיצר את פנדורה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הדבר היחיד שנשאר בכד בסוף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מיתולוגיה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סיפורים עתיקים על אלים וגיבורים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השם פרומתאוס?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שחושב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שאוהב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בן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מלך האש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פרומתאוס לקח מהאלים בלי רשות?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אל בנה את פנדורה?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פוסידון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הפייסטוס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השם פנדורה?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המתנות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אישה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אש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תקווה 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היה בכד אחרי שכל הצרות יצאו?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המחלות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הכוונה כשאומרים לפתוח תיבת פנדורה?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לקבל מתנה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לעורר שרשרת בעיות שקשה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לפתור חידה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לנסוע למקום רחוק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זאוס שמח כשפרומתאוס נתן אש לבני האדם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האלים העניקו מתנות לפנדורה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פנדורה פתחה את הכד כי זאוס ציווה עליה לעשות זאת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בסיפורים מאוחרים יותר הכד הפך לתיבה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מהתיבה יצאו רק דברים טובים כמו שמחה ואהבה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פרומתאוס היה __________ חכם שאהב את בני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זאוס ציווה על __________ ליצור את פנדורה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פנדורה קיבלה כד __________ ונאמר לה לא לפתוח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מתוך הכד התעופפו כל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הדבר היחיד שנשאר בכד היה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פרומתאוס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יצר את פנדורה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פנדורה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נשארה בתחתית הכד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גנב אש בשביל בני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הפייסטוס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פתחה כד אסור מתוך סקרנות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מלך האלים שהעניש את פרומתאוס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פנדורה סוגרת את הכד בבהלה והתקווה נשארת בפנים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פנדורה מקבלת כד סגור ומצטווה לא לפתוח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זאוס כועס ומחליט להעניש גם את בני האדם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פנדורה פותחת את הכד והצרות מתעופפות החוצה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הפייסטוס יוצר את פנדורה וכל האלים נותנים לה מתנות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פרומתאוס גונב את האש מהאלים ונותן אותה לבני האדם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האם לדעתכם פרומתאוס הוא גיבור? נמקו את דעתכם בהתבסס על מעשיו בסיפור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הסקרנות של פנדורה היא חיסרון או יתרון? תנו דוגמה מהחיים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לדעתכם התקווה נשארה דווקא בתוך הכד ולא יצאה עם שאר הדברים?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השם פרומתאוס ומה פירוש השם פנדורה?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יצא מתוך הכד שפתחה פנדורה?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הביטוי לפתוח תיבת פנדורה?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פרומתאוס ותיבת פנדורה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