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פרומתאוס ותיבת פנדורה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פרומתאוס ותיבת פנדורה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השמות והביטוי לפתוח תיבת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וניתוח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 שחושב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המתנות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לעורר שרשרת בעיות שקשה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זאוס כעס והעניש את פרומתאוס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- יופי, קסם וסקרנות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פתחה אותו מתוך סקרנות, למרות שנאסר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 על גרסאות מאוחרות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מהתיבה יצאו צרות כמו מחלות, עצב, קנאה ומריבות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טיטאן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(גנב אש בשביל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(פתחה כד אסור מתוך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(מלך האלים שהעניש את פרומתאוס)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(יצר את פנדורה)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(נשארה בתחתית הכד)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פרומתאוס גונב את האש מהאלים ונותן אותה לבני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זאוס כועס ומחליט להעניש גם את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הפייסטוס יוצר את פנדורה וכל האלים נותנים לה 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פנדורה מקבלת כד סגור ומצטווה לא לפתוח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פנדורה פותחת את הכד והצרות מתעופפות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פנדורה סוגרת את הכד בבהלה והתקווה נשארת בפנים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נימוק המתייחס להקרבה שלו למען בני האדם ולעובדה שהוא נענש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שהתלמיד מביע עמדה ברורה עם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לבדוק רעיון מקורי, למשל שהתקווה עוזרת להתמודד עם הצרות שיצאו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פרומתאוס - מי שחושב מראש, פנדורה - כל המתנות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צרות כמו מחלות, עצב, קנאה ומריבות (והתקווה נשארה בפנים)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לעורר שרשרת של בעיות שקשה לעצור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משמעות השמות ביוונית ולקשר לשמות 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בשאלות הניתוח לפני מילוי החלק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פרומתאוס ותיבת פנדורה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פרומתאוס שגנב את האש בשביל בני האדם ועל פנדורה שפתחה כד אסור ושחררה צרות לעולם.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השם פרומתאוס?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שחושב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גנב פרומתאוס מהאלים?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יצר את פנדורה בפקודת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הפייסטוס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השם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תקווה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נשאר בתחתית הכד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הביטוי לפתוח תיבת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מתנה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לעורר שרשרת בעיות שקשה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חידה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למקום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שמח כשפרומתאוס נתן אש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האלים העניקו מתנות לפנדורה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פתחה את הכד כי זאוס ציווה עליה לעשות זאת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בסיפורים מאוחרים יותר הכד הפך לתיבה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מהתיבה יצאו רק דברים טובים כמו שמחה ואהבה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פרומתאוס היה __________ חכם שאהב את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זאוס ציווה על __________ ליצור את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פנדורה קיבלה כד __________ ונאמר לה לא לפתוח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מתוך הכד התעופפו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הדבר היחיד שנשאר בכד היה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מלך האלים שהעניש את פרומתאוס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יצר את פנדורה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פתחה כד אסור מתוך 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הפייסטוס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נשארה בתחתית הכד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גנב אש בשביל בני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הפייסטוס יוצר את פנדורה וכל האלים נותנים לה מתנות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סוגרת את הכד בבהלה והתקווה נשארת בפנים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פותחת את הכד והצרות מתעופפות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גונב את האש מהאלים ונותן אותה לבני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כועס ומחליט להעניש גם את בני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מקבלת כד סגור ומצטווה לא לפתוח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לדעתכם פרומתאוס הוא גיבור? נמקו את דעתכם בהתבסס על מעשיו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הסקרנות של פנדורה היא חיסרון או יתרון? תנו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התקווה נשארה דווקא בתוך הכד ולא יצאה עם שאר הדברים?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השם פרומתאוס ומה פירוש השם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יצא מתוך הכד שפתחה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לפתוח תיבת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פרומתאוס ותיבת פנדורה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